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 Integers, decimals and calculations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place value, compare signed numbers and scale decimals by powers of ten.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with positive and negative numbers using all four operations.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written arithmetic methods and check answers with inverse operations or estimates.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operation order correctly, including brackets, powers, roots and reciprocals.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Translate practical problems into calculations and interpret answers with suitable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 Integers, decimals and calculations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