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DT4 Papers and boards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AQA GCSE Design and Technology 8552 | Written examination · Specialist area · Papers and boards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Sources and selection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pulp preparation, draining, pressing and drying in papermaking.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paper and board for drawings, leaflets and packaging.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moisture barriers, food contact and material separation.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Stock, forming and joining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Specify sheet sizes, grammage and material quantities accurately.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test a packaging net with faces, tabs and line conventions.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cutting, perforating, scoring, creasing and folding.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test appropriate adhesives, tabs and fasteners.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Commercial processes and finish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die cutting for a particular production quantity.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offset lithography and registration quality checks.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embossing and suitable UV varnishing for function and appearance.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commercial print methods using setup cost and variation.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packaging protection and whole-life material impact.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DT4 Papers and boards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