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DT12 Calculations and assessment preparation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Quantitative design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linear, area and volume units correctly.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areas and prism/cylinder volumes with appropriate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stock quantities and costs using a verified nesting plan.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scale, ratio, angles, coordinates and symmetry in accurate drawings.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dimensional limits and assess compatible fits.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moments, gear ratios, speed and mechanical advantage.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V = IR and P = VI with correct electrical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Summarise test data and construct honest graphs with labelled axes.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percentage changes and fixed/variable unit costs.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DT12 Calculations and assessment preparation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Examination and NEA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examination structure and use command words and contextual reasons.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Present calculation workings, required units and sensible precision.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authentic NEA investigation, development, realisation and evaluation.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Demonstrate practical/design skills through evidence, feedback and safe work.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DT12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DT12 Calculations and assessment preparation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