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DR6 Interpreting Noughts &amp; Crosses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Eduqas GCSE Drama C690QS | Components 3 · Specification 2.3 Section A; 3.1</w:t>
      </w:r>
    </w:p>
    <w:p>
      <w:r>
        <w:t>Use your actual centre-approved stimulus, practitioner or genre, contrasting play and qualifying live production. Practical work and extended writing need evidence and teacher judgement.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Actor and director choices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Read an extract and identify role, context, objectives and requested perspective.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Justify precise vocal choices for Sephy and Callum at located moments.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vocal and physical interaction to interpret authority and changing relationships.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beats and test text-led tactics through rehearsal.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and evaluate character rehearsal methods without altering assessed dialogue.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Space, style and audience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Develop a coherent production concept supported by the complete play.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a specific scene for proscenium/end-on with clear focus and sightlines.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Adapt a scene to thrust and balance the three audience views.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Adapt a scene to traverse with motivated action and opposing sightlines.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Adapt a scene to in-the-round with open scenery and balanced access.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Signal storytelling, perspective, location and time changes purposefully.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DR6 Interpreting Noughts &amp; Crosses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Eduqas GCSE Drama C690QS | Components 3 · Specification 2.3 Section A; 3.1</w:t>
      </w:r>
    </w:p>
    <w:p>
      <w:r>
        <w:t>Use your actual centre-approved stimulus, practitioner or genre, contrasting play and qualifying live production. Practical work and extended writing need evidence and teacher judgement.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Design interpretations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Design a usable set and props for a located scene and chosen stage.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flexible scenery and transitions across episodic locations.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Justify lighting states, equipment, focus and transitions at actual moments.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Justify sound source, placement, level and timing with intelligible action.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Justify costume, hair and make-up through garments, silhouette, materials and progression.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Extract, wider text and written method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Write extract explanations linking evidence, specific technique, meaning and effect.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Select relevant wider-text moments and compare text-led choices.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a labelled practical sketch to support justified design writing.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Prepare for the written examination with accurate scope and a clean permitted text.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Review an answer for relevance, precise terms and supported textual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DR6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DR6 Interpreting Noughts &amp; Crosses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