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DR3 Devising Theatre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1 · Specification 2.1; 3.1; 3.2; Appendix A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Starting a devised piece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Explore the actual stimulus and develop a researched theatrical intention.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apply the chosen practitioner's techniques or genre characteristics.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research and perspectives to original theatrical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Developing and structuring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Generate, select and refine material through purposeful improvisation.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coherent structure, plot, theme and audience logic.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form, style, language and character relationships to communicate meaning.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performance space and audience relationships for the intention.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design ideas alongside performance exploration.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Rehearsing and refining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Gather focused feedback and test justified refinements.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reason and effect of an important amendment.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Integrate safe technical and dress rehearsals.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Evidence my individual contribution while crediting collaborative 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DR3 Devising Theatre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1 · Specification 2.1; 3.1; 3.2; Appendix A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Portfolio, realisation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portfolio illustrations and commentary for the three development stages.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an authentic portfolio within current format and assistance guidance.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Realise the assessed acting role with appropriate duration and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Realise the chosen design skill and meet its component-specific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and evaluate the final work against initial aims using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permitted bullet notes and complete the supervised evaluation authentically.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creation, realisation and evaluation in the assessment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DR3 Devising Theatre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