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DR2 Designing theatre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Eduqas GCSE Drama C690QS | Components 1 &amp; 2 &amp; 3 · Specification 2; 2.1; 2.2; 2.3; Appendix C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Design intentions and collaboration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a coherent researched design concept and distinguish proposals from facts.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Communicate designs through annotated plans, plots and cue sheets.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Collaborate and realise a safe functioning design in performance.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Lighting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apply lighting intensity, focus, angle and colour.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suitable lanterns, beam control and effects for an intention.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and rehearse lighting states, triggers and timed fades.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Sound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purposeful live/recorded music and sound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Balance sound levels and source positions across the venue.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reverb, echo and silence as contextual sound choices.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Prepare and realise reliable sound cues with appropriate amplification.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DR2 Designing theatre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Eduqas GCSE Drama C690QS | Components 1 &amp; 2 &amp; 3 · Specification 2; 2.1; 2.2; 2.3; Appendix C</w:t>
      </w:r>
    </w:p>
    <w:p>
      <w:r>
        <w:t>Use your actual centre-approved stimulus, practitioner or genre, contrasting play and qualifying live production. Practical work and extended writing need evidence and teacher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Set and props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 ground plans for safe movement and clear sightlines.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scenery, dressing, backdrops, cyclorama and props.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scale, levels, colour and texture to communicate the production world.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entrances, exits and scene changes with usable furniture and props.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Costume, hair and make-up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costume through silhouette, garments, fabric, colour and pattern.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Coordinate accessories, hair, wigs and make-up with safe respectful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costume continuity and practical changes across character progression.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a located design choice and its effect on meaning and spectators.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DR2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DR2 Designing theatre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